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מילון מושגים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הכרת המושגים המרכזיים בעברית ובאנגלית ושיוכם לנושאים.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https://historia-et-hachadasha.sites.tab.bot/milon.html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המילים לקוחות מהמילון הרב-לשוני באתר; ההגדרות מעמודי היחידות.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עברית – English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the Enlightenment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tolerance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 – citizen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loyalty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 – steam engine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urbanization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translation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result, consequence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מיון מושגים לפי נושא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עידן הנאורות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תבונה (רציונליזם), זכויות טבעיות, אמנה חברתית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האמנציפציה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אמנציפציה, אוטונומיה קהילתית, כתב הסובלנות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השלימו את המושג – זרמים בציונות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מדינית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מעשית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סינתטית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פסקה עם מושגים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מילון מושגים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נאורות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the Enlightenment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סובלנות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tolerance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אזרח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citizen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נאמנות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loyalty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מנוע קיטור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steam engine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urbanization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עברית – English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המילה בעברית לתרגום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נאורות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result, consequence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סובלנות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urbanization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אזרח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translation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נאמנות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loyalty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מנוע קיטור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the Enlightenment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tolerance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תרגום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citizen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תוצאה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ח. steam engine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מיון מושגים לפי נושא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מושג בעמודה של הנושא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אוטונומיה קהילתית  |  כתב הסובלנות  |  זכויות טבעיות  |  תבונה (רציונליזם)  |  אמנציפציה  |  אמנה חברתית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עידן הנאורות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האמנציפציה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 את המושג – זרמים בציונות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המושג המתאים להגדרה. בחרו מתוך: ציונות סינתטית / ציונות מדינית / ציונות מעשית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זרם שהדגיש השגת הכרה ואישור בינלאומי (צ'רטר) לבית לאומי לפני התיישבות רחבה.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זרם שהדגיש עלייה, רכישת קרקעות והקמת יישובים בפועל כבר עכשיו.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שילוב פעולה מדינית ופעולה התיישבותית, כפי שהציע ויצמן ב-1907.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פסקה עם מושגים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2 מילים מהמילון וכתבו בעזרתן פסקה קצרה על אחד הנושאים.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שאני רוצה לתרגל עוד: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אגיד את המילה "זכויות" בשפה 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מילון מושגים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